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688000" cy="13132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iginal_Titel_Yesil_Pflasterbau(20260818-112159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13132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</w:pPr>
      <w:r>
        <w:rPr>
          <w:rFonts w:ascii="Arial" w:hAnsi="Arial"/>
          <w:b/>
          <w:i w:val="0"/>
          <w:color w:val="111111"/>
          <w:sz w:val="34"/>
        </w:rPr>
        <w:t>PROJEKTANFRAGE</w:t>
      </w:r>
      <w:r>
        <w:rPr>
          <w:rFonts w:ascii="Arial" w:hAnsi="Arial"/>
          <w:b/>
          <w:i w:val="0"/>
          <w:color w:val="B40009"/>
          <w:sz w:val="19"/>
        </w:rPr>
        <w:t xml:space="preserve">   PRIVATKUNDE   </w:t>
      </w:r>
    </w:p>
    <w:p>
      <w:pPr>
        <w:spacing w:after="100"/>
        <w:pBdr>
          <w:bottom w:val="single" w:sz="18" w:space="4" w:color="B40009"/>
        </w:pBdr>
      </w:pPr>
      <w:r>
        <w:rPr>
          <w:rFonts w:ascii="Arial" w:hAnsi="Arial"/>
          <w:b w:val="0"/>
          <w:i/>
          <w:color w:val="555555"/>
          <w:sz w:val="17"/>
        </w:rPr>
        <w:t>Für private Bauherren, Eigentümer und Auftraggeber rund um Haus, Hof, Einfahrt und Garten</w:t>
      </w:r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1. KONTAKTDATEN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Vor- und Nachname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NAME"/>
                <w:alias w:val="NAM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Anschrift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ANSCHRIFT"/>
                <w:alias w:val="ANSCHRIF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E-Mail-Adresse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EMAIL"/>
                <w:alias w:val="EMAI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Telefon / bevorzugte Erreichbarkeit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TELEFON_ERREICHBARKEIT"/>
                <w:alias w:val="TELEFON_ERREICHBARKEI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2. ANGABEN ZUM PROJEKT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Projektbezeichnung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BEZEICHNUNG"/>
                <w:alias w:val="PROJEKTBEZEICHN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Ausführungsort / Baustellenadresse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AUSTELLENADRESSE"/>
                <w:alias w:val="BAUSTELLEN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 Leistungen (Mehrfachauswahl möglich)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Pflaster   ☐ Platten   ☐ Bordstein   ☐ Rinne/Entwässerung   ☐ Naturstein   ☐ Altpflaster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SONSTIGE_LEISTUNG"/>
                <w:alias w:val="SONSTIGE_LEIST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Kurzbeschreibung des Vorhabens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BESCHREIBUNG"/>
                <w:alias w:val="PROJEKTBESCHREIB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Ungefähre Menge / Fläche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MENGE_FLAECHE"/>
                <w:alias w:val="MENGE_FLAECH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Projektstand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Erste Anfrage   ☐ Planung läuft   ☐ Angebot benötigt   ☐ Ausführung vorbereitet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PROJEKTSTAND_SONSTIGES"/>
                <w:alias w:val="PROJEKTSTAND_SONSTIG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3. TERMIN UND ABLAUF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Gewünschter Ausführungszeitraum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ZEITRAUM"/>
                <w:alias w:val="ZEITRAUM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September–Oktober 2026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Frühester Beginn / spätester Abschluss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EGINN_ABSCHLUSS"/>
                <w:alias w:val="BEGINN_ABSCHLUS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 Rückmeldung bis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RUECKMELDUNG_BIS"/>
                <w:alias w:val="RUECKMELDUNG_BI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TT.MM.JJJJ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4. ZUSÄTZLICHE ANGABEN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Art des Grundstücks / Gebäudes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GRUNDSTUECK"/>
                <w:alias w:val="GRUNDSTUECK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Einfamilienhaus oder Mehrfamilienhaus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Besichtigungstermin möglich ab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ESICHTIGUNG_AB"/>
                <w:alias w:val="BESICHTIGUNG_AB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TT.MM.JJJJ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Wünsche zur Kontaktaufnahme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Telefonische Beratung   ☐ Besichtigung vor Ort   ☐ Schriftliches Angebot   ☐ Materialberatung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KONTAKTWUNSCH_SONSTIGES"/>
                <w:alias w:val="KONTAKTWUNSCH_SONSTIG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Vorhandene Unterlagen / Anhänge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UNTERLAGEN"/>
                <w:alias w:val="UNTERLAGE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Fotos, Skizze oder Plan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Weitere Hinweise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WEITERE_HINWEISE"/>
                <w:alias w:val="WEITERE_HINWEI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p>
      <w:pPr>
        <w:spacing w:before="80" w:after="0"/>
        <w:jc w:val="center"/>
      </w:pPr>
      <w:r>
        <w:rPr>
          <w:rFonts w:ascii="Arial" w:hAnsi="Arial"/>
          <w:b/>
          <w:i w:val="0"/>
          <w:color w:val="B40009"/>
          <w:sz w:val="16"/>
        </w:rPr>
        <w:t>Bitte senden Sie das ausgefüllte Formular zusammen mit vorhandenen Plänen, Fotos oder Leistungsverzeichnissen an YESIL Pflasterbau zurück.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55555"/>
          <w:sz w:val="15"/>
        </w:rPr>
        <w:t>www.yesil-pflasterbau.de  •  Meisterbetrieb  •  Pflasterverlegung  •  Bordstein  •  Rinne</w:t>
      </w:r>
    </w:p>
    <w:sectPr w:rsidR="00FC693F" w:rsidRPr="0006063C" w:rsidSect="00034616">
      <w:pgSz w:w="11906" w:h="16838"/>
      <w:pgMar w:top="425" w:right="1020" w:bottom="425" w:left="1020" w:header="170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YESIL Pflasterbau – Projektanfrage Privatkunde</dc:title>
  <dc:subject>Einseitiges Kundenformular zur Projektanfrage</dc:subject>
  <dc:creator>YESIL Pflasterbau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