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4968000" cy="11470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ginal_Titel_Yesil_Pflasterbau(20260818-112159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147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B40009"/>
          <w:sz w:val="34"/>
        </w:rPr>
        <w:t>PROJEKTANFRAGE – BORDSTEINARBEITEN</w:t>
      </w:r>
    </w:p>
    <w:p>
      <w:pPr>
        <w:spacing w:after="8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>Bitte füllen Sie die Angaben möglichst vollständig aus. So können wir Ihr Vorhaben schnell prüfen und Sie gezielt kontaktieren.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1. AUFTRAGGEBER UND KONTAKTDATEN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4989"/>
        <w:gridCol w:w="4989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Kundenart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Privatkunde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Gewerbekunde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Öffentlicher Auftraggeber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Firma / Behörde (falls zutreffend)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Vor- und Nachname / Ansprechpartner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Straße, Hausnummer, PLZ, Ort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Telefon / Mobil und E-Mail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2. ANGABEN ZUM PROJEKT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Projektadresse (falls abweichend)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Ungefähre Länge (lfm) / Stückzahl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Nutzung der Fläche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Pflastereinfassung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Fahrbahn / Gehweg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Grünfläche / Beet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Einfahrt / Zufahrt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Stellplätze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Öffentliche Anlage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3. GEWÜNSCHTE BORDSTEINLEISTUNGEN – BITTE ANKREUZEN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Tiefbordsteine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Hochbordsteine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Rundbordsteine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Flachbordsteine / F5, F7, F10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Granit- / Naturbordsteine setzen</w:t>
            </w:r>
          </w:p>
        </w:tc>
        <w:tc>
          <w:tcPr>
            <w:tcW w:type="dxa" w:w="5074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Bordsteine in Geraden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Bordsteine in Radien / Kurven setzen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Absenkungen / Übergänge herstellen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Schnitt- und Anpassungsarbeiten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Dehnungsfugen herstellen</w:t>
            </w:r>
          </w:p>
        </w:tc>
      </w:tr>
    </w:tbl>
    <w:p>
      <w:pPr>
        <w:spacing w:after="40"/>
      </w:pPr>
      <w:r>
        <w:rPr>
          <w:rFonts w:ascii="Arial" w:hAnsi="Arial"/>
          <w:b/>
          <w:i w:val="0"/>
          <w:color w:val="555555"/>
          <w:sz w:val="16"/>
        </w:rPr>
        <w:t xml:space="preserve">Sonstige gewünschte Leistung: </w:t>
      </w:r>
      <w:r>
        <w:rPr>
          <w:rFonts w:ascii="Arial" w:hAnsi="Arial"/>
          <w:b w:val="0"/>
          <w:i w:val="0"/>
          <w:color w:val="999999"/>
          <w:sz w:val="16"/>
        </w:rPr>
        <w:t>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4. MATERIAL UND VORHANDENER UNTERGRUND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Bordsteine / Material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vorhanden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bestellt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noch auszuwählen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Beratung gewünscht</w:t>
            </w:r>
          </w:p>
        </w:tc>
      </w:tr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Untergrund / Betonbett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vorbereitet / tragfähig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muss vorbereitet werden</w:t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5"/>
              </w:rPr>
              <w:t>☐ Zustand unklar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5. GEWÜNSCHTER ZEITRAUM UND RÜCKRUF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Gewünschter Beginn / Zeitraum von – bis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fest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flexibel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nach Absprache</w:t>
            </w:r>
          </w:p>
        </w:tc>
      </w:tr>
      <w:tr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Rückrufwunsch</w:t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ja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nein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Kontakt per E-Mail</w:t>
            </w:r>
          </w:p>
        </w:tc>
        <w:tc>
          <w:tcPr>
            <w:tcW w:type="dxa" w:w="5074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Beste Rückrufzeit / Erreichbarkeit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B40009"/>
            <w:tcMar>
              <w:top w:w="50" w:type="dxa"/>
              <w:start w:w="105" w:type="dxa"/>
              <w:bottom w:w="50" w:type="dxa"/>
              <w:end w:w="105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6. HINWEISE UND ANLAGEN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7D7D7"/>
          <w:left w:val="single" w:sz="5" w:color="D7D7D7"/>
          <w:bottom w:val="single" w:sz="5" w:color="D7D7D7"/>
          <w:right w:val="single" w:sz="5" w:color="D7D7D7"/>
          <w:insideH w:val="single" w:sz="5" w:color="D7D7D7"/>
          <w:insideV w:val="single" w:sz="5" w:color="D7D7D7"/>
        </w:tblBorders>
      </w:tblPr>
      <w:tblGrid>
        <w:gridCol w:w="5074"/>
        <w:gridCol w:w="5074"/>
      </w:tblGrid>
      <w:tr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Arial" w:hAnsi="Arial"/>
                <w:b/>
                <w:i w:val="0"/>
                <w:color w:val="555555"/>
                <w:sz w:val="16"/>
              </w:rPr>
              <w:t>Weitere Angaben / Besonderheiten</w:t>
            </w:r>
            <w:r>
              <w:rPr>
                <w:rFonts w:ascii="Arial" w:hAnsi="Arial"/>
                <w:b w:val="0"/>
                <w:i w:val="0"/>
                <w:color w:val="9B9B9B"/>
                <w:sz w:val="14"/>
              </w:rPr>
              <w:br/>
              <w:t>________________________________________________________________</w:t>
            </w:r>
          </w:p>
        </w:tc>
        <w:tc>
          <w:tcPr>
            <w:tcW w:type="dxa" w:w="5074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Fotos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Skizze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br/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Plan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 xml:space="preserve">     </w:t>
            </w:r>
            <w:r>
              <w:rPr>
                <w:rFonts w:ascii="Arial" w:hAnsi="Arial"/>
                <w:b w:val="0"/>
                <w:i w:val="0"/>
                <w:color w:val="111111"/>
                <w:sz w:val="16"/>
              </w:rPr>
              <w:t>☐ Leistungsverzeichnis</w:t>
            </w:r>
          </w:p>
        </w:tc>
      </w:tr>
    </w:tbl>
    <w:p>
      <w:pPr>
        <w:spacing w:before="60" w:after="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Bitte senden Sie das ausgefüllte Formular zusammen mit vorhandenen Fotos oder Plänen an </w:t>
      </w:r>
      <w:r>
        <w:rPr>
          <w:rFonts w:ascii="Arial" w:hAnsi="Arial"/>
          <w:b/>
          <w:i w:val="0"/>
          <w:color w:val="B40009"/>
          <w:sz w:val="16"/>
        </w:rPr>
        <w:t>info@yesil-pflasterbau.de</w:t>
      </w:r>
    </w:p>
    <w:sectPr w:rsidR="00FC693F" w:rsidRPr="0006063C" w:rsidSect="00034616">
      <w:headerReference w:type="default" r:id="rId9"/>
      <w:footerReference w:type="default" r:id="rId11"/>
      <w:pgSz w:w="11906" w:h="16838"/>
      <w:pgMar w:top="425" w:right="879" w:bottom="425" w:left="879" w:header="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b w:val="0"/>
        <w:i w:val="0"/>
        <w:color w:val="555555"/>
        <w:sz w:val="15"/>
      </w:rPr>
      <w:t>YESIL PFLASTERBAU  •  Meisterbetrieb  •  www.yesil-pflasterbau.de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IL Hintergrun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yesil_word_hintergr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2.jpg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YESIL Pflasterbau – Projektanfrage Bordsteinarbeiten</dc:title>
  <dc:subject>Einseitiges Kundenformular für Bordsteinarbeiten</dc:subject>
  <dc:creator>YESIL Pflasterbau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